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כשהביפר מצפצף</w:t>
      </w:r>
    </w:p>
    <w:p>
      <w:pPr>
        <w:bidi w:val="1"/>
        <w:spacing w:after="40" w:before="0"/>
      </w:pPr>
      <w:r>
        <w:rPr>
          <w:rFonts w:ascii="Arial" w:hAnsi="Arial" w:cs="Arial"/>
          <w:b w:val="0"/>
          <w:color w:val="5D5675"/>
          <w:sz w:val="18"/>
          <w:rtl w:val="1"/>
          <w:szCs w:val="18"/>
        </w:rPr>
        <w:t>כיתה ח׳ · כתבה · 345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כשהביפר מצפצף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שלושה מאלה: עזרה ראשונה; החייאה; טיפול בפצעים; שמירה על קור רוח.  [מילים להדגשה: מה למדו,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החזיקה לה את היד ודיברה איתה בשקט.  [מילים להדגשה: מה עשתה]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יותר משתי משמרות בשבוע, ולא במהלך שבוע של מבחנים.  [מילים להדגשה: אילו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שהפחד הופך לאנרגיה של עשייה: כשיש לה משימה ברורה, היא מתרכזת בפעולה במקום בפחד.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גם מי שעוזרים לאחרים ונראים חזקים חווים קושי ורגשות, ושיחה עליהם היא חלק בריא מהתפקיד, לא חולשה. הארגון מקיים שיחות עם אנשי מקצוע אחרי אירועים קשים ומאפשר הפסקה.  [מילים להדגשה: הסבירו, איך מסייע]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ליה מקבלת ביטחון – מביישנית למי שלא קופאת במצב חירום; אורי לומד להעריך דברים קטנים ולשים דברים בפרופורציה (לא מתעצבן על ציון).  [מילים להדגשה: השוו, ליה, אורי]</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המשמרת הקשה של אורי; הליווי והשיחות; הביטחון שליה קיבלה; כללי הארגון).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15: כשהביפר מצפצף</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פעם אמבולנס, ובתוכו מתנדבים צעירים במדים. מי הם, ומה גורם להם לבחור בהתנדבות כזאת? הכתבה שלפניכם מתארת יום במשמרת של בני נוער בארגון הצלה. קראו, ושימו לב מה הם לומדים ואיך הם מתמודדים.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כשהביפר מצפצף</w:t>
            </w:r>
          </w:p>
          <w:p>
            <w:pPr>
              <w:bidi w:val="1"/>
            </w:pPr>
            <w:r>
              <w:rPr>
                <w:rFonts w:ascii="Arial" w:hAnsi="Arial" w:cs="Arial"/>
                <w:b/>
                <w:color w:val="5D5675"/>
                <w:sz w:val="20"/>
                <w:rtl w:val="1"/>
                <w:szCs w:val="20"/>
                <w:bCs/>
              </w:rPr>
              <w:t>בגיל 15 הם כבר יודעים לבצע החייאה, לחבוש פצע ולהרגיע אדם בבהלה. הכירו את בני הנוער שמתנדבים בארגון הצלה.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שש בערב, תחנה של ארגון הצלה בעיר. ליה, בת 15 וחצי, מסדרת את תיק העזרה הראשונה: תחבושות, כפפות, מד חום. לידה, אורי בודק את בלון החמצן. שניהם לבשו את המדים הכתומים לפני רבע שעה, ישר מבית הספר. "בבוקר אני תלמידה רגילה," אומרת ליה. "בערב אני חלק מצוות."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כדי להגיע לכאן, ליה ואורי עברו קורס של כשישים שעות: עזרה ראשונה, החייאה, טיפול בפצעים, ובעיקר – איך לשמור על קור רוח. בגיל 15 מותר להם להתנדב במשמרות לצד צוות מבוגר ומנוסה, ולסייע בטיפול. האחריות הסופית היא תמיד של המבוגרים, אבל הידיים הצעירות עוזרות מאוד.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בשש ועשרים מגיעה קריאה: אישה מבוגרת נפלה בביתה. האמבולנס יוצא, והלב של ליה דופק. "תמיד יש רגע של פחד," היא מודה. "אבל ברגע שאני נכנסת לבית, הפחד עובר לתוך הידיים – יש לי מה לעשות." בזמן שהפרמדיק בודק את האישה, ליה מחזיקה לה את היד ומדברת איתה בשקט. "לפעמים זה הטיפול הכי חשוב," אומר אחר כך הפרמדיק. "שמישהו יראה אותך."</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קריאה נגמרת טוב, וזה החלק הקשה. אורי זוכר משמרת שבה הצוות לא הצליח להציל אדם. "חזרתי הביתה ולא הצלחתי לדבר," הוא מספר. בארגון יודעים שהמתנדבים הצעירים זקוקים לליווי: אחרי אירועים קשים מתקיימת שיחה עם אנשי מקצוע, ומותר לכל מתנדב לקחת הפסקה. "למדתי שגם גיבורים צריכים לדבר," אומר אורי. "זה לא חולשה. זה חלק מהתפקיד."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זה נותן להם? "ביטחון," אומרת ליה בלי לחשוב. "פעם הייתי ביישנית. היום אני יודעת שבמצב חירום אני לא אקפא." אורי מוסיף: "אני מעריך יותר דברים קטנים. כשאתה רואה כמה החיים שבירים, אתה לא מתעצבן על ציון במבחן."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מחיר. המשמרות נמשכות לעיתים עד מאוחר, ויש ימים שבהם קשה לשלב לימודים, חברים ומנוחה. בארגון קבעו כללים: לא יותר משתי משמרות בשבוע לבני נוער, ולא במהלך שבוע של מבחנים. "הלימודים קודמים," אומרת הרכזת. "מתנדב עייף הוא לא מתנדב טוב."</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בעשר בלילה ליה מקפלת את המדים לתוך התיק. מחר יש לה מבחן באנגלית. "חזרתי פעם הביתה, ואימא שאלה איך היה בבית הספר," היא צוחקת. "אמרתי לה: אימא, היום החזקתי יד של מישהי שפחדה. זה היה השיעור הכי חשוב שלי."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למדו ליה ואורי בקורס? ציינו שלושה נושאים.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ליה בזמן שהפרמדיק בדק את האישה שנפלה?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קבע הארגון למתנדבים 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ליה במשפט "הפחד עובר לתוך הידיים"?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אורי "גם גיבורים צריכים לדבר". איך הארגון מסייע לכך?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מה שליה מקבלת מההתנדבות לבין מה שאורי מקבל ממנה (פסקה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15 צעירים מדי להיחשף למצבי חירום קשים, ושעדיף שיתנדבו בהצלה רק אחרי גיל 18. אחרים טוענים שעם הכשרה וליווי מתאימים, ההתנדבות מחשלת אותם ומלמדת אחריות שאין במקום אחר.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15 · כשהביפר מצפצף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15 · כשהביפר מצפצף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